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YOUR NAME</w:t>
      </w:r>
    </w:p>
    <w:p>
      <w:r>
        <w:t>Phone: +254 XXX XXX XXX | Email: your@email.com | Location: Nairobi, Kenya</w:t>
      </w:r>
    </w:p>
    <w:p>
      <w:pPr>
        <w:pStyle w:val="Heading1"/>
      </w:pPr>
      <w:r>
        <w:t>Professional Summary</w:t>
      </w:r>
    </w:p>
    <w:p>
      <w:r>
        <w:t>A brief 3-4 line summary about your skills, experience, and career goals.</w:t>
      </w:r>
    </w:p>
    <w:p>
      <w:pPr>
        <w:pStyle w:val="Heading1"/>
      </w:pPr>
      <w:r>
        <w:t>Key Skills</w:t>
      </w:r>
    </w:p>
    <w:p>
      <w:r>
        <w:t>- Skill 1</w:t>
        <w:br/>
        <w:t>- Skill 2</w:t>
        <w:br/>
        <w:t>- Skill 3</w:t>
        <w:br/>
        <w:t>- Skill 4</w:t>
      </w:r>
    </w:p>
    <w:p>
      <w:pPr>
        <w:pStyle w:val="Heading1"/>
      </w:pPr>
      <w:r>
        <w:t>Work Experience</w:t>
      </w:r>
    </w:p>
    <w:p>
      <w:r>
        <w:t>Job Title - Company Name</w:t>
        <w:br/>
        <w:t>Month Year - Month Year</w:t>
        <w:br/>
        <w:t>- Responsibility or achievement</w:t>
        <w:br/>
        <w:t>- Responsibility or achievement</w:t>
      </w:r>
    </w:p>
    <w:p>
      <w:pPr>
        <w:pStyle w:val="Heading1"/>
      </w:pPr>
      <w:r>
        <w:t>Education</w:t>
      </w:r>
    </w:p>
    <w:p>
      <w:r>
        <w:t>Degree - Institution Name</w:t>
        <w:br/>
        <w:t>Year</w:t>
      </w:r>
    </w:p>
    <w:p>
      <w:pPr>
        <w:pStyle w:val="Heading1"/>
      </w:pPr>
      <w:r>
        <w:t>Certifications</w:t>
      </w:r>
    </w:p>
    <w:p>
      <w:r>
        <w:t>- Certification Name</w:t>
      </w:r>
    </w:p>
    <w:p>
      <w:pPr>
        <w:pStyle w:val="Heading1"/>
      </w:pPr>
      <w:r>
        <w:t>References</w:t>
      </w:r>
    </w:p>
    <w:p>
      <w:r>
        <w:t>Available upon request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